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[Brand name]: brand profile and audience persona</w:t>
      </w:r>
    </w:p>
    <w:p>
      <w:r>
        <w:rPr>
          <w:i/>
        </w:rPr>
        <w:t>Fill in for the brand you will create content for all course. Example in italics: Adire &amp; Co, a fictional Lagos fashion brand.</w:t>
      </w:r>
    </w:p>
    <w:p>
      <w:pPr>
        <w:pStyle w:val="Heading1"/>
      </w:pPr>
      <w:r>
        <w:t>Brand in one sentence</w:t>
      </w:r>
    </w:p>
    <w:p>
      <w:pPr>
        <w:ind w:left="360"/>
      </w:pPr>
      <w:r>
        <w:rPr>
          <w:i/>
        </w:rPr>
        <w:t>Adire &amp; Co makes modern clothes from hand-dyed Nigerian adire fabric for young professionals.</w:t>
      </w:r>
    </w:p>
    <w:p>
      <w:pPr>
        <w:pStyle w:val="Heading1"/>
      </w:pPr>
      <w:r>
        <w:t>What the brand stands for</w:t>
      </w:r>
    </w:p>
    <w:p>
      <w:pPr>
        <w:pStyle w:val="ListBullet"/>
      </w:pPr>
      <w:r>
        <w:t>[Three values]</w:t>
      </w:r>
    </w:p>
    <w:p>
      <w:pPr>
        <w:ind w:left="360"/>
      </w:pPr>
      <w:r>
        <w:rPr>
          <w:i/>
        </w:rPr>
        <w:t>Proudly Nigerian, handmade, everyday wear</w:t>
      </w:r>
    </w:p>
    <w:p>
      <w:pPr>
        <w:pStyle w:val="Heading1"/>
      </w:pPr>
      <w:r>
        <w:t>Voice</w:t>
      </w:r>
    </w:p>
    <w:p>
      <w:pPr>
        <w:pStyle w:val="ListBullet"/>
      </w:pPr>
      <w:r>
        <w:t>[How it sounds: three words, plus words it never uses]</w:t>
      </w:r>
    </w:p>
    <w:p>
      <w:pPr>
        <w:ind w:left="360"/>
      </w:pPr>
      <w:r>
        <w:rPr>
          <w:i/>
        </w:rPr>
        <w:t>Warm, confident, playful. Never "cheap", never slang it would not say in person.</w:t>
      </w:r>
    </w:p>
    <w:p>
      <w:pPr>
        <w:pStyle w:val="Heading1"/>
      </w:pPr>
      <w:r>
        <w:t>Audience persona</w:t>
      </w:r>
    </w:p>
    <w:p>
      <w:pPr>
        <w:pStyle w:val="ListBullet"/>
      </w:pPr>
      <w:r>
        <w:t>Name and age: [e.g. Tomi, 27]</w:t>
      </w:r>
    </w:p>
    <w:p>
      <w:pPr>
        <w:pStyle w:val="ListBullet"/>
      </w:pPr>
      <w:r>
        <w:t>Where they live and work: [ ]</w:t>
      </w:r>
    </w:p>
    <w:p>
      <w:pPr>
        <w:pStyle w:val="ListBullet"/>
      </w:pPr>
      <w:r>
        <w:t>What they want: [ ]</w:t>
      </w:r>
    </w:p>
    <w:p>
      <w:pPr>
        <w:pStyle w:val="ListBullet"/>
      </w:pPr>
      <w:r>
        <w:t>What frustrates them: [ ]</w:t>
      </w:r>
    </w:p>
    <w:p>
      <w:pPr>
        <w:pStyle w:val="ListBullet"/>
      </w:pPr>
      <w:r>
        <w:t>Where they spend time online: [ ]</w:t>
      </w:r>
    </w:p>
    <w:p>
      <w:pPr>
        <w:pStyle w:val="ListBullet"/>
      </w:pPr>
      <w:r>
        <w:t>What would make them buy or follow: [ ]</w:t>
      </w:r>
    </w:p>
    <w:p>
      <w:pPr>
        <w:pStyle w:val="Heading1"/>
      </w:pPr>
      <w:r>
        <w:t>Content pillars (three to four)</w:t>
      </w:r>
    </w:p>
    <w:p>
      <w:pPr>
        <w:ind w:left="360"/>
      </w:pPr>
      <w:r>
        <w:rPr>
          <w:i/>
        </w:rPr>
        <w:t>1. Behind the dye: how adire is made</w:t>
      </w:r>
    </w:p>
    <w:p>
      <w:pPr>
        <w:ind w:left="360"/>
      </w:pPr>
      <w:r>
        <w:rPr>
          <w:i/>
        </w:rPr>
        <w:t>2. Style it: outfits for work and weekends</w:t>
      </w:r>
    </w:p>
    <w:p>
      <w:pPr>
        <w:ind w:left="360"/>
      </w:pPr>
      <w:r>
        <w:rPr>
          <w:i/>
        </w:rPr>
        <w:t>3. Customer stories</w:t>
      </w:r>
    </w:p>
    <w:p>
      <w:pPr>
        <w:ind w:left="360"/>
      </w:pPr>
      <w:r>
        <w:rPr>
          <w:i/>
        </w:rPr>
        <w:t>4. Offers and drops</w:t>
      </w:r>
    </w:p>
    <w:p>
      <w:pPr>
        <w:pStyle w:val="Heading1"/>
      </w:pPr>
      <w:r>
        <w:t>Goals for the campaign</w:t>
      </w:r>
    </w:p>
    <w:p>
      <w:pPr>
        <w:pStyle w:val="ListBullet"/>
      </w:pPr>
      <w:r>
        <w:t>[Followers, enquiries, sales or sign ups, with a number and a date]</w:t>
      </w:r>
    </w:p>
    <w:p>
      <w:pPr>
        <w:pStyle w:val="Heading1"/>
      </w:pPr>
      <w:r>
        <w:t>Brand look</w:t>
      </w:r>
    </w:p>
    <w:p>
      <w:pPr>
        <w:pStyle w:val="ListBullet"/>
      </w:pPr>
      <w:r>
        <w:t>Colours: [ ]</w:t>
      </w:r>
    </w:p>
    <w:p>
      <w:pPr>
        <w:pStyle w:val="ListBullet"/>
      </w:pPr>
      <w:r>
        <w:t>Fonts: [ ]</w:t>
      </w:r>
    </w:p>
    <w:p>
      <w:pPr>
        <w:pStyle w:val="ListBullet"/>
      </w:pPr>
      <w:r>
        <w:t>Photo style: [ ]</w:t>
      </w:r>
    </w:p>
    <w:p>
      <w:pPr>
        <w:pStyle w:val="Heading1"/>
      </w:pPr>
      <w:r>
        <w:t>Research behind the persona</w:t>
      </w:r>
    </w:p>
    <w:p>
      <w:pPr>
        <w:pStyle w:val="ListBullet"/>
      </w:pPr>
      <w:r>
        <w:t>[Who you spoke to or what you observed: at least three real people]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