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Content creation: pricing and proposal</w:t>
      </w:r>
    </w:p>
    <w:p>
      <w:r>
        <w:rPr>
          <w:i/>
        </w:rPr>
        <w:t>For pitching your first content clients. Prices in brackets are yours to set.</w:t>
      </w:r>
    </w:p>
    <w:p>
      <w:pPr>
        <w:pStyle w:val="Heading1"/>
      </w:pPr>
      <w:r>
        <w:t>Packages</w:t>
      </w:r>
    </w:p>
    <w:p>
      <w:pPr>
        <w:pStyle w:val="ListBullet"/>
      </w:pPr>
      <w:r>
        <w:t>Starter: [8 posts a month, 2 Reels], N[ ]</w:t>
      </w:r>
    </w:p>
    <w:p>
      <w:pPr>
        <w:pStyle w:val="ListBullet"/>
      </w:pPr>
      <w:r>
        <w:t>Growth: [12 posts, 4 Reels, captions, scheduling], N[ ]</w:t>
      </w:r>
    </w:p>
    <w:p>
      <w:pPr>
        <w:pStyle w:val="ListBullet"/>
      </w:pPr>
      <w:r>
        <w:t>Full: [16 posts, 8 Reels, monthly report, one shoot day], N[ ]</w:t>
      </w:r>
    </w:p>
    <w:p>
      <w:pPr>
        <w:pStyle w:val="Heading1"/>
      </w:pPr>
      <w:r>
        <w:t>Proposal outline</w:t>
      </w:r>
    </w:p>
    <w:p>
      <w:pPr>
        <w:pStyle w:val="ListBullet"/>
      </w:pPr>
      <w:r>
        <w:t>Their goal, in their words</w:t>
      </w:r>
    </w:p>
    <w:p>
      <w:pPr>
        <w:pStyle w:val="ListBullet"/>
      </w:pPr>
      <w:r>
        <w:t>What you noticed about their current content (one strength, one gap)</w:t>
      </w:r>
    </w:p>
    <w:p>
      <w:pPr>
        <w:pStyle w:val="ListBullet"/>
      </w:pPr>
      <w:r>
        <w:t>Your plan for the first month: pillars and example ideas</w:t>
      </w:r>
    </w:p>
    <w:p>
      <w:pPr>
        <w:pStyle w:val="ListBullet"/>
      </w:pPr>
      <w:r>
        <w:t>Samples from your portfolio</w:t>
      </w:r>
    </w:p>
    <w:p>
      <w:pPr>
        <w:pStyle w:val="ListBullet"/>
      </w:pPr>
      <w:r>
        <w:t>Package and price</w:t>
      </w:r>
    </w:p>
    <w:p>
      <w:pPr>
        <w:pStyle w:val="ListBullet"/>
      </w:pPr>
      <w:r>
        <w:t>Next step: a 20 minute call</w:t>
      </w:r>
    </w:p>
    <w:p>
      <w:pPr>
        <w:pStyle w:val="Heading1"/>
      </w:pPr>
      <w:r>
        <w:t>Agree before you start</w:t>
      </w:r>
    </w:p>
    <w:p>
      <w:pPr>
        <w:pStyle w:val="ListBullet"/>
      </w:pPr>
      <w:r>
        <w:t>How many revisions</w:t>
      </w:r>
    </w:p>
    <w:p>
      <w:pPr>
        <w:pStyle w:val="ListBullet"/>
      </w:pPr>
      <w:r>
        <w:t>Who approves posts, and how fast</w:t>
      </w:r>
    </w:p>
    <w:p>
      <w:pPr>
        <w:pStyle w:val="ListBullet"/>
      </w:pPr>
      <w:r>
        <w:t>Who pays for adverts (never mix your fee with their ad budget)</w:t>
      </w:r>
    </w:p>
    <w:p>
      <w:pPr>
        <w:pStyle w:val="ListBullet"/>
      </w:pPr>
      <w:r>
        <w:t>Music and image rights</w:t>
      </w:r>
    </w:p>
    <w:p>
      <w:pPr>
        <w:pStyle w:val="ListBullet"/>
      </w:pPr>
      <w:r>
        <w:t>Payment: deposit before the shoot day</w:t>
      </w:r>
    </w:p>
    <w:p>
      <w:r>
        <w:rPr>
          <w:sz w:val="18"/>
        </w:rPr>
        <w:t>See also the Freelancing with AI course templates on the same page.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