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Short-form script and hook template</w:t>
      </w:r>
    </w:p>
    <w:p>
      <w:r>
        <w:rPr>
          <w:i/>
        </w:rPr>
        <w:t>One script per video. Write the hook last, once you know the payoff.</w:t>
      </w:r>
    </w:p>
    <w:p>
      <w:pPr>
        <w:pStyle w:val="Heading1"/>
      </w:pPr>
      <w:r>
        <w:t>Ten hook patterns</w:t>
      </w:r>
    </w:p>
    <w:p>
      <w:pPr>
        <w:pStyle w:val="ListBullet"/>
      </w:pPr>
      <w:r>
        <w:t>Bold claim: "You're washing your adire wrong."</w:t>
      </w:r>
    </w:p>
    <w:p>
      <w:pPr>
        <w:pStyle w:val="ListBullet"/>
      </w:pPr>
      <w:r>
        <w:t>Question: "Why does handmade fabric cost more?"</w:t>
      </w:r>
    </w:p>
    <w:p>
      <w:pPr>
        <w:pStyle w:val="ListBullet"/>
      </w:pPr>
      <w:r>
        <w:t>Number: "3 ways to wear one adire shirt"</w:t>
      </w:r>
    </w:p>
    <w:p>
      <w:pPr>
        <w:pStyle w:val="ListBullet"/>
      </w:pPr>
      <w:r>
        <w:t>Before and after: show the result first</w:t>
      </w:r>
    </w:p>
    <w:p>
      <w:pPr>
        <w:pStyle w:val="ListBullet"/>
      </w:pPr>
      <w:r>
        <w:t>Mistake: "Stop doing this before a job interview"</w:t>
      </w:r>
    </w:p>
    <w:p>
      <w:pPr>
        <w:pStyle w:val="ListBullet"/>
      </w:pPr>
      <w:r>
        <w:t>Story start: "I almost quit in my first month..."</w:t>
      </w:r>
    </w:p>
    <w:p>
      <w:pPr>
        <w:pStyle w:val="ListBullet"/>
      </w:pPr>
      <w:r>
        <w:t>Curiosity: "Nobody tells you this about Lagos markets"</w:t>
      </w:r>
    </w:p>
    <w:p>
      <w:pPr>
        <w:pStyle w:val="ListBullet"/>
      </w:pPr>
      <w:r>
        <w:t>Direct call: "If you work in Lagos, watch this"</w:t>
      </w:r>
    </w:p>
    <w:p>
      <w:pPr>
        <w:pStyle w:val="ListBullet"/>
      </w:pPr>
      <w:r>
        <w:t>Pattern break: an unexpected sound or action</w:t>
      </w:r>
    </w:p>
    <w:p>
      <w:pPr>
        <w:pStyle w:val="ListBullet"/>
      </w:pPr>
      <w:r>
        <w:t>Proof: a surprising number or result</w:t>
      </w:r>
    </w:p>
    <w:p>
      <w:pPr>
        <w:pStyle w:val="Heading1"/>
      </w:pPr>
      <w:r>
        <w:t>Script layout</w:t>
      </w:r>
    </w:p>
    <w:p>
      <w:pPr>
        <w:pStyle w:val="ListBullet"/>
      </w:pPr>
      <w:r>
        <w:t>Hook (0 to 2 seconds): [words and what is on screen]</w:t>
      </w:r>
    </w:p>
    <w:p>
      <w:pPr>
        <w:pStyle w:val="ListBullet"/>
      </w:pPr>
      <w:r>
        <w:t>Context (2 to 8 seconds): [why it matters]</w:t>
      </w:r>
    </w:p>
    <w:p>
      <w:pPr>
        <w:pStyle w:val="ListBullet"/>
      </w:pPr>
      <w:r>
        <w:t>Value (8 to 35 seconds): [the steps, story or reveal]</w:t>
      </w:r>
    </w:p>
    <w:p>
      <w:pPr>
        <w:pStyle w:val="ListBullet"/>
      </w:pPr>
      <w:r>
        <w:t>Call to action (last 3 to 5 seconds): [one action only]</w:t>
      </w:r>
    </w:p>
    <w:p>
      <w:pPr>
        <w:pStyle w:val="Heading1"/>
      </w:pPr>
      <w:r>
        <w:t>Shot list</w:t>
      </w:r>
    </w:p>
    <w:p>
      <w:pPr>
        <w:pStyle w:val="ListBullet"/>
      </w:pPr>
      <w:r>
        <w:t>Shot 1: [framing, action]</w:t>
      </w:r>
    </w:p>
    <w:p>
      <w:pPr>
        <w:pStyle w:val="ListBullet"/>
      </w:pPr>
      <w:r>
        <w:t>Shot 2: [ ]</w:t>
      </w:r>
    </w:p>
    <w:p>
      <w:pPr>
        <w:pStyle w:val="ListBullet"/>
      </w:pPr>
      <w:r>
        <w:t>Shot 3: [ ]</w:t>
      </w:r>
    </w:p>
    <w:p>
      <w:pPr>
        <w:pStyle w:val="ListBullet"/>
      </w:pPr>
      <w:r>
        <w:t>B-roll: [extra clips to cover cuts]</w:t>
      </w:r>
    </w:p>
    <w:p>
      <w:pPr>
        <w:pStyle w:val="Heading1"/>
      </w:pPr>
      <w:r>
        <w:t>Caption</w:t>
      </w:r>
    </w:p>
    <w:p>
      <w:pPr>
        <w:pStyle w:val="ListBullet"/>
      </w:pPr>
      <w:r>
        <w:t>First line repeats or extends the hook</w:t>
      </w:r>
    </w:p>
    <w:p>
      <w:pPr>
        <w:pStyle w:val="ListBullet"/>
      </w:pPr>
      <w:r>
        <w:t>Two or three short lines of value</w:t>
      </w:r>
    </w:p>
    <w:p>
      <w:pPr>
        <w:pStyle w:val="ListBullet"/>
      </w:pPr>
      <w:r>
        <w:t>One clear call to action</w:t>
      </w:r>
    </w:p>
    <w:p>
      <w:pPr>
        <w:pStyle w:val="ListBullet"/>
      </w:pPr>
      <w:r>
        <w:t>Three to five relevant hashtags</w:t>
      </w:r>
    </w:p>
    <w:p>
      <w:pPr>
        <w:pStyle w:val="Heading1"/>
      </w:pPr>
      <w:r>
        <w:t>Before you post</w:t>
      </w:r>
    </w:p>
    <w:p>
      <w:pPr>
        <w:pStyle w:val="ListBullet"/>
      </w:pPr>
      <w:r>
        <w:t>Under 45 seconds?</w:t>
      </w:r>
    </w:p>
    <w:p>
      <w:pPr>
        <w:pStyle w:val="ListBullet"/>
      </w:pPr>
      <w:r>
        <w:t>Hook in the first 2 seconds?</w:t>
      </w:r>
    </w:p>
    <w:p>
      <w:pPr>
        <w:pStyle w:val="ListBullet"/>
      </w:pPr>
      <w:r>
        <w:t>Captions on screen?</w:t>
      </w:r>
    </w:p>
    <w:p>
      <w:pPr>
        <w:pStyle w:val="ListBullet"/>
      </w:pPr>
      <w:r>
        <w:t>Clean audio?</w:t>
      </w:r>
    </w:p>
    <w:p>
      <w:pPr>
        <w:pStyle w:val="ListBullet"/>
      </w:pPr>
      <w:r>
        <w:t>Licensed music only?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