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Proposal and message templates</w:t>
      </w:r>
    </w:p>
    <w:p>
      <w:r>
        <w:rPr>
          <w:i/>
        </w:rPr>
        <w:t>Starting points only. Rewrite every one for the specific client. Copy-paste proposals get ignored.</w:t>
      </w:r>
    </w:p>
    <w:p>
      <w:pPr>
        <w:pStyle w:val="Heading1"/>
      </w:pPr>
      <w:r>
        <w:t>Upwork or job board proposal (under 150 words)</w:t>
      </w:r>
    </w:p>
    <w:p>
      <w:pPr>
        <w:ind w:left="360"/>
      </w:pPr>
      <w:r>
        <w:rPr>
          <w:i/>
        </w:rPr>
        <w:t>Hi [name], you need [their goal in their words], and the tricky part is usually [a specific insight about their problem].</w:t>
      </w:r>
    </w:p>
    <w:p>
      <w:pPr>
        <w:ind w:left="360"/>
      </w:pPr>
      <w:r>
        <w:rPr>
          <w:i/>
        </w:rPr>
        <w:t>I recently [relevant result or sample, with a link]. For your project I would [two or three concrete steps].</w:t>
      </w:r>
    </w:p>
    <w:p>
      <w:pPr>
        <w:ind w:left="360"/>
      </w:pPr>
      <w:r>
        <w:rPr>
          <w:i/>
        </w:rPr>
        <w:t>One question so I can be precise: [a smart question about their brief].</w:t>
      </w:r>
    </w:p>
    <w:p>
      <w:pPr>
        <w:ind w:left="360"/>
      </w:pPr>
      <w:r>
        <w:rPr>
          <w:i/>
        </w:rPr>
        <w:t>I can start [day]. [Your name]</w:t>
      </w:r>
    </w:p>
    <w:p>
      <w:pPr>
        <w:pStyle w:val="Heading1"/>
      </w:pPr>
      <w:r>
        <w:t>Cold message to a local business (WhatsApp or LinkedIn)</w:t>
      </w:r>
    </w:p>
    <w:p>
      <w:pPr>
        <w:ind w:left="360"/>
      </w:pPr>
      <w:r>
        <w:rPr>
          <w:i/>
        </w:rPr>
        <w:t>Good afternoon [name]. I noticed [something specific and true about their business, e.g. great reviews but few Instagram posts].</w:t>
      </w:r>
    </w:p>
    <w:p>
      <w:pPr>
        <w:ind w:left="360"/>
      </w:pPr>
      <w:r>
        <w:rPr>
          <w:i/>
        </w:rPr>
        <w:t>I help [type of business] [result]. I put together [one small free idea, e.g. three post ideas for your new menu]. Would it be useful if I sent them over?</w:t>
      </w:r>
    </w:p>
    <w:p>
      <w:pPr>
        <w:pStyle w:val="Heading1"/>
      </w:pPr>
      <w:r>
        <w:t>Follow-up (3 to 5 days later)</w:t>
      </w:r>
    </w:p>
    <w:p>
      <w:pPr>
        <w:ind w:left="360"/>
      </w:pPr>
      <w:r>
        <w:rPr>
          <w:i/>
        </w:rPr>
        <w:t>Hi [name], just checking you saw my note about [topic]. Happy to send [the idea] if helpful. No pressure either way.</w:t>
      </w:r>
    </w:p>
    <w:p>
      <w:pPr>
        <w:pStyle w:val="Heading1"/>
      </w:pPr>
      <w:r>
        <w:t>Discovery call questions</w:t>
      </w:r>
    </w:p>
    <w:p>
      <w:pPr>
        <w:pStyle w:val="ListBullet"/>
      </w:pPr>
      <w:r>
        <w:t>What made you look for help now?</w:t>
      </w:r>
    </w:p>
    <w:p>
      <w:pPr>
        <w:pStyle w:val="ListBullet"/>
      </w:pPr>
      <w:r>
        <w:t>What would a great result look like in three months?</w:t>
      </w:r>
    </w:p>
    <w:p>
      <w:pPr>
        <w:pStyle w:val="ListBullet"/>
      </w:pPr>
      <w:r>
        <w:t>What have you tried before?</w:t>
      </w:r>
    </w:p>
    <w:p>
      <w:pPr>
        <w:pStyle w:val="ListBullet"/>
      </w:pPr>
      <w:r>
        <w:t>Who else is involved in the decision?</w:t>
      </w:r>
    </w:p>
    <w:p>
      <w:pPr>
        <w:pStyle w:val="ListBullet"/>
      </w:pPr>
      <w:r>
        <w:t>What budget range did you have in mind?</w:t>
      </w:r>
    </w:p>
    <w:p>
      <w:pPr>
        <w:pStyle w:val="ListBullet"/>
      </w:pPr>
      <w:r>
        <w:t>When do you need it by?</w:t>
      </w:r>
    </w:p>
    <w:p>
      <w:pPr>
        <w:pStyle w:val="Heading1"/>
      </w:pPr>
      <w:r>
        <w:t>Rules</w:t>
      </w:r>
    </w:p>
    <w:p>
      <w:pPr>
        <w:pStyle w:val="ListBullet"/>
      </w:pPr>
      <w:r>
        <w:t>Their problem first, you second</w:t>
      </w:r>
    </w:p>
    <w:p>
      <w:pPr>
        <w:pStyle w:val="ListBullet"/>
      </w:pPr>
      <w:r>
        <w:t>One clear next step at the end</w:t>
      </w:r>
    </w:p>
    <w:p>
      <w:pPr>
        <w:pStyle w:val="ListBullet"/>
      </w:pPr>
      <w:r>
        <w:t>Never send a proposal with someone else's name or details left 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