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6E665C"/>
          <w:sz w:val="16"/>
        </w:rPr>
        <w:t>DMILZE EDTECH PRACTICE TEMPLATE</w:t>
      </w:r>
    </w:p>
    <w:p>
      <w:pPr>
        <w:pStyle w:val="Title"/>
      </w:pPr>
      <w:r>
        <w:t>[Your name]: [your service] for [your client]</w:t>
      </w:r>
    </w:p>
    <w:p>
      <w:r>
        <w:rPr>
          <w:i/>
        </w:rPr>
        <w:t>One page. A client should know in 30 seconds what you do, for whom, and what it costs.</w:t>
      </w:r>
    </w:p>
    <w:p>
      <w:pPr>
        <w:pStyle w:val="Heading1"/>
      </w:pPr>
      <w:r>
        <w:t>Who I help</w:t>
      </w:r>
    </w:p>
    <w:p>
      <w:pPr>
        <w:pStyle w:val="ListBullet"/>
      </w:pPr>
      <w:r>
        <w:t>[e.g. Lagos restaurants and cafes that want more customers from Instagram]</w:t>
      </w:r>
    </w:p>
    <w:p>
      <w:pPr>
        <w:pStyle w:val="Heading1"/>
      </w:pPr>
      <w:r>
        <w:t>The problem I solve</w:t>
      </w:r>
    </w:p>
    <w:p>
      <w:pPr>
        <w:pStyle w:val="ListBullet"/>
      </w:pPr>
      <w:r>
        <w:t>[In their words: e.g. "We post sometimes, but nothing happens."]</w:t>
      </w:r>
    </w:p>
    <w:p>
      <w:pPr>
        <w:pStyle w:val="Heading1"/>
      </w:pPr>
      <w:r>
        <w:t>Package 1: [Starter]</w:t>
      </w:r>
    </w:p>
    <w:p>
      <w:pPr>
        <w:pStyle w:val="ListBullet"/>
      </w:pPr>
      <w:r>
        <w:t>What you get: [...]</w:t>
      </w:r>
    </w:p>
    <w:p>
      <w:pPr>
        <w:pStyle w:val="ListBullet"/>
      </w:pPr>
      <w:r>
        <w:t>Delivery: [x days]</w:t>
      </w:r>
    </w:p>
    <w:p>
      <w:pPr>
        <w:pStyle w:val="ListBullet"/>
      </w:pPr>
      <w:r>
        <w:t>Price: N[...] / $[...]</w:t>
      </w:r>
    </w:p>
    <w:p>
      <w:pPr>
        <w:pStyle w:val="Heading1"/>
      </w:pPr>
      <w:r>
        <w:t>Package 2: [Growth] (most popular)</w:t>
      </w:r>
    </w:p>
    <w:p>
      <w:pPr>
        <w:pStyle w:val="ListBullet"/>
      </w:pPr>
      <w:r>
        <w:t>What you get: [...]</w:t>
      </w:r>
    </w:p>
    <w:p>
      <w:pPr>
        <w:pStyle w:val="ListBullet"/>
      </w:pPr>
      <w:r>
        <w:t>Delivery: [x days]</w:t>
      </w:r>
    </w:p>
    <w:p>
      <w:pPr>
        <w:pStyle w:val="ListBullet"/>
      </w:pPr>
      <w:r>
        <w:t>Price: N[...] / $[...]</w:t>
      </w:r>
    </w:p>
    <w:p>
      <w:pPr>
        <w:pStyle w:val="Heading1"/>
      </w:pPr>
      <w:r>
        <w:t>Package 3: [Done for you]</w:t>
      </w:r>
    </w:p>
    <w:p>
      <w:pPr>
        <w:pStyle w:val="ListBullet"/>
      </w:pPr>
      <w:r>
        <w:t>What you get: [...]</w:t>
      </w:r>
    </w:p>
    <w:p>
      <w:pPr>
        <w:pStyle w:val="ListBullet"/>
      </w:pPr>
      <w:r>
        <w:t>Delivery: [x days]</w:t>
      </w:r>
    </w:p>
    <w:p>
      <w:pPr>
        <w:pStyle w:val="ListBullet"/>
      </w:pPr>
      <w:r>
        <w:t>Price: N[...] / $[...]</w:t>
      </w:r>
    </w:p>
    <w:p>
      <w:pPr>
        <w:pStyle w:val="Heading1"/>
      </w:pPr>
      <w:r>
        <w:t>How it works</w:t>
      </w:r>
    </w:p>
    <w:p>
      <w:pPr>
        <w:pStyle w:val="ListBullet"/>
      </w:pPr>
      <w:r>
        <w:t>1. Short call to understand your goals</w:t>
      </w:r>
    </w:p>
    <w:p>
      <w:pPr>
        <w:pStyle w:val="ListBullet"/>
      </w:pPr>
      <w:r>
        <w:t>2. 50% deposit to start</w:t>
      </w:r>
    </w:p>
    <w:p>
      <w:pPr>
        <w:pStyle w:val="ListBullet"/>
      </w:pPr>
      <w:r>
        <w:t>3. Delivery and up to [n] revisions</w:t>
      </w:r>
    </w:p>
    <w:p>
      <w:pPr>
        <w:pStyle w:val="ListBullet"/>
      </w:pPr>
      <w:r>
        <w:t>4. Final payment and handover</w:t>
      </w:r>
    </w:p>
    <w:p>
      <w:pPr>
        <w:pStyle w:val="Heading1"/>
      </w:pPr>
      <w:r>
        <w:t>Proof</w:t>
      </w:r>
    </w:p>
    <w:p>
      <w:pPr>
        <w:pStyle w:val="ListBullet"/>
      </w:pPr>
      <w:r>
        <w:t>[Two or three samples, results or a short testimonial from a real client, with permission]</w:t>
      </w:r>
    </w:p>
    <w:p>
      <w:pPr>
        <w:pStyle w:val="Heading1"/>
      </w:pPr>
      <w:r>
        <w:t>Contact</w:t>
      </w:r>
    </w:p>
    <w:p>
      <w:pPr>
        <w:pStyle w:val="ListBullet"/>
      </w:pPr>
      <w:r>
        <w:t>[Email] · [WhatsApp business number] · [profile link]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