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Simple freelance service agreement</w:t>
      </w:r>
    </w:p>
    <w:p>
      <w:r>
        <w:rPr>
          <w:i/>
        </w:rPr>
        <w:t>A plain-language starting point for small jobs. Replace everything in [brackets].</w:t>
      </w:r>
    </w:p>
    <w:p>
      <w:pPr>
        <w:pStyle w:val="Heading1"/>
      </w:pPr>
      <w:r>
        <w:t>1. The parties</w:t>
      </w:r>
    </w:p>
    <w:p>
      <w:pPr>
        <w:pStyle w:val="ListBullet"/>
      </w:pPr>
      <w:r>
        <w:t>Client: [name, business, contact]</w:t>
      </w:r>
    </w:p>
    <w:p>
      <w:pPr>
        <w:pStyle w:val="ListBullet"/>
      </w:pPr>
      <w:r>
        <w:t>Freelancer: [your name, contact]</w:t>
      </w:r>
    </w:p>
    <w:p>
      <w:pPr>
        <w:pStyle w:val="Heading1"/>
      </w:pPr>
      <w:r>
        <w:t>2. The work (scope)</w:t>
      </w:r>
    </w:p>
    <w:p>
      <w:pPr>
        <w:pStyle w:val="ListBullet"/>
      </w:pPr>
      <w:r>
        <w:t>[Exactly what will be delivered, in what format]</w:t>
      </w:r>
    </w:p>
    <w:p>
      <w:pPr>
        <w:pStyle w:val="ListBullet"/>
      </w:pPr>
      <w:r>
        <w:t>Not included: [what is out of scope, e.g. paid adverts, printing]</w:t>
      </w:r>
    </w:p>
    <w:p>
      <w:pPr>
        <w:pStyle w:val="Heading1"/>
      </w:pPr>
      <w:r>
        <w:t>3. Timeline</w:t>
      </w:r>
    </w:p>
    <w:p>
      <w:pPr>
        <w:pStyle w:val="ListBullet"/>
      </w:pPr>
      <w:r>
        <w:t>Start: [date]. Delivery: [date]. Client feedback within [3] working days of each draft.</w:t>
      </w:r>
    </w:p>
    <w:p>
      <w:pPr>
        <w:pStyle w:val="Heading1"/>
      </w:pPr>
      <w:r>
        <w:t>4. Revisions</w:t>
      </w:r>
    </w:p>
    <w:p>
      <w:pPr>
        <w:pStyle w:val="ListBullet"/>
      </w:pPr>
      <w:r>
        <w:t>[Two] rounds of revisions are included. Further changes are charged at [N/$ rate].</w:t>
      </w:r>
    </w:p>
    <w:p>
      <w:pPr>
        <w:pStyle w:val="Heading1"/>
      </w:pPr>
      <w:r>
        <w:t>5. Payment</w:t>
      </w:r>
    </w:p>
    <w:p>
      <w:pPr>
        <w:pStyle w:val="ListBullet"/>
      </w:pPr>
      <w:r>
        <w:t>Total fee: [N/$ amount]</w:t>
      </w:r>
    </w:p>
    <w:p>
      <w:pPr>
        <w:pStyle w:val="ListBullet"/>
      </w:pPr>
      <w:r>
        <w:t>[50]% deposit before work starts; balance on delivery before final files are released</w:t>
      </w:r>
    </w:p>
    <w:p>
      <w:pPr>
        <w:pStyle w:val="ListBullet"/>
      </w:pPr>
      <w:r>
        <w:t>Payment method: [bank transfer, Payoneer, platform]</w:t>
      </w:r>
    </w:p>
    <w:p>
      <w:pPr>
        <w:pStyle w:val="Heading1"/>
      </w:pPr>
      <w:r>
        <w:t>6. Ownership</w:t>
      </w:r>
    </w:p>
    <w:p>
      <w:pPr>
        <w:pStyle w:val="ListBullet"/>
      </w:pPr>
      <w:r>
        <w:t>Ownership of the final work passes to the client when paid in full. The freelancer may show the work in a portfolio unless the client says otherwise in writing.</w:t>
      </w:r>
    </w:p>
    <w:p>
      <w:pPr>
        <w:pStyle w:val="Heading1"/>
      </w:pPr>
      <w:r>
        <w:t>7. Confidentiality and AI</w:t>
      </w:r>
    </w:p>
    <w:p>
      <w:pPr>
        <w:pStyle w:val="ListBullet"/>
      </w:pPr>
      <w:r>
        <w:t>The freelancer keeps client information private and will not upload confidential client information to public AI tools.</w:t>
      </w:r>
    </w:p>
    <w:p>
      <w:pPr>
        <w:pStyle w:val="ListBullet"/>
      </w:pPr>
      <w:r>
        <w:t>[State whether AI tools are used in the work, and how they are checked.]</w:t>
      </w:r>
    </w:p>
    <w:p>
      <w:pPr>
        <w:pStyle w:val="Heading1"/>
      </w:pPr>
      <w:r>
        <w:t>8. Ending the agreement</w:t>
      </w:r>
    </w:p>
    <w:p>
      <w:pPr>
        <w:pStyle w:val="ListBullet"/>
      </w:pPr>
      <w:r>
        <w:t>Either party may end the agreement with written notice. Work completed up to that point is paid for.</w:t>
      </w:r>
    </w:p>
    <w:p>
      <w:pPr>
        <w:pStyle w:val="Heading1"/>
      </w:pPr>
      <w:r>
        <w:t>Signed</w:t>
      </w:r>
    </w:p>
    <w:p>
      <w:pPr>
        <w:pStyle w:val="ListBullet"/>
      </w:pPr>
      <w:r>
        <w:t>Client: __________________ Date: ______</w:t>
      </w:r>
    </w:p>
    <w:p>
      <w:pPr>
        <w:pStyle w:val="ListBullet"/>
      </w:pPr>
      <w:r>
        <w:t>Freelancer: ______________ Date: ______</w:t>
      </w:r>
    </w:p>
    <w:p>
      <w:r>
        <w:rPr>
          <w:sz w:val="18"/>
        </w:rPr>
        <w:t>This template is for teaching. It is not legal advice. For large or ongoing contracts, have an agreement reviewed by a lawyer.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