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4622D"/>
          <w:sz w:val="18"/>
        </w:rPr>
        <w:t>DMILZE EDTECH PRACTICE TEMPLATE</w:t>
      </w:r>
    </w:p>
    <w:p>
      <w:pPr>
        <w:pStyle w:val="Title"/>
      </w:pPr>
      <w:r>
        <w:t>Portfolio case study template</w:t>
      </w:r>
    </w:p>
    <w:p>
      <w:r>
        <w:t>Full-Stack Development with AI · Week 12. One case study per project. Aim for 600 to 900 words plus screenshots.</w:t>
      </w:r>
    </w:p>
    <w:p>
      <w:pPr>
        <w:pStyle w:val="Heading1"/>
      </w:pPr>
      <w:r>
        <w:t>1. Summary</w:t>
      </w:r>
    </w:p>
    <w:p>
      <w:pPr>
        <w:pStyle w:val="ListBullet"/>
      </w:pPr>
      <w:r>
        <w:t>One paragraph: what it is, who it's for, the result.</w:t>
      </w:r>
    </w:p>
    <w:p>
      <w:pPr>
        <w:pStyle w:val="ListBullet"/>
      </w:pPr>
      <w:r>
        <w:t>Live link and GitHub link.</w:t>
      </w:r>
    </w:p>
    <w:p>
      <w:pPr>
        <w:pStyle w:val="Heading1"/>
      </w:pPr>
      <w:r>
        <w:t>2. The problem</w:t>
      </w:r>
    </w:p>
    <w:p>
      <w:pPr>
        <w:pStyle w:val="ListBullet"/>
      </w:pPr>
      <w:r>
        <w:t>Who had the problem and how you know.</w:t>
      </w:r>
    </w:p>
    <w:p>
      <w:pPr>
        <w:pStyle w:val="Heading1"/>
      </w:pPr>
      <w:r>
        <w:t>3. My role and the stack</w:t>
      </w:r>
    </w:p>
    <w:p>
      <w:pPr>
        <w:pStyle w:val="ListBullet"/>
      </w:pPr>
      <w:r>
        <w:t>What you built yourself, what AI co-pilots helped with, and how you checked their code.</w:t>
      </w:r>
    </w:p>
    <w:p>
      <w:pPr>
        <w:pStyle w:val="ListBullet"/>
      </w:pPr>
      <w:r>
        <w:t>Stack and why each part was chosen.</w:t>
      </w:r>
    </w:p>
    <w:p>
      <w:pPr>
        <w:pStyle w:val="Heading1"/>
      </w:pPr>
      <w:r>
        <w:t>4. Architecture</w:t>
      </w:r>
    </w:p>
    <w:p>
      <w:pPr>
        <w:pStyle w:val="ListBullet"/>
      </w:pPr>
      <w:r>
        <w:t>A simple diagram: browser, Next.js, API, database, third-party services.</w:t>
      </w:r>
    </w:p>
    <w:p>
      <w:pPr>
        <w:pStyle w:val="ListBullet"/>
      </w:pPr>
      <w:r>
        <w:t>The data model in a sentence or two.</w:t>
      </w:r>
    </w:p>
    <w:p>
      <w:pPr>
        <w:pStyle w:val="Heading1"/>
      </w:pPr>
      <w:r>
        <w:t>5. Hard problems and decisions</w:t>
      </w:r>
    </w:p>
    <w:p>
      <w:pPr>
        <w:pStyle w:val="ListBullet"/>
      </w:pPr>
      <w:r>
        <w:t>Two or three problems you solved. What did you try first? What did you choose and why?</w:t>
      </w:r>
    </w:p>
    <w:p>
      <w:pPr>
        <w:pStyle w:val="Heading1"/>
      </w:pPr>
      <w:r>
        <w:t>6. Quality, security and performance</w:t>
      </w:r>
    </w:p>
    <w:p>
      <w:pPr>
        <w:pStyle w:val="ListBullet"/>
      </w:pPr>
      <w:r>
        <w:t>Tests (how many, what they cover), auth and roles, how secrets are handled.</w:t>
      </w:r>
    </w:p>
    <w:p>
      <w:pPr>
        <w:pStyle w:val="ListBullet"/>
      </w:pPr>
      <w:r>
        <w:t>Load test numbers before and after your fix.</w:t>
      </w:r>
    </w:p>
    <w:p>
      <w:pPr>
        <w:pStyle w:val="Heading1"/>
      </w:pPr>
      <w:r>
        <w:t>7. Results</w:t>
      </w:r>
    </w:p>
    <w:p>
      <w:pPr>
        <w:pStyle w:val="ListBullet"/>
      </w:pPr>
      <w:r>
        <w:t>Users, feedback, speed, uptime, anything measurable. Be honest.</w:t>
      </w:r>
    </w:p>
    <w:p>
      <w:pPr>
        <w:pStyle w:val="Heading1"/>
      </w:pPr>
      <w:r>
        <w:t>8. What I'd do next</w:t>
      </w:r>
    </w:p>
    <w:p>
      <w:pPr>
        <w:pStyle w:val="ListBullet"/>
      </w:pPr>
      <w:r>
        <w:t>Two or three improvements.</w:t>
      </w:r>
    </w:p>
    <w:p>
      <w:pPr>
        <w:pStyle w:val="Heading1"/>
      </w:pPr>
      <w:r>
        <w:t>Demo day talk (5 minutes)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Minute</w:t>
            </w:r>
          </w:p>
        </w:tc>
        <w:tc>
          <w:tcPr>
            <w:tcW w:type="dxa" w:w="4320"/>
          </w:tcPr>
          <w:p>
            <w:r>
              <w:t>Content</w:t>
            </w:r>
          </w:p>
        </w:tc>
      </w:tr>
      <w:tr>
        <w:tc>
          <w:tcPr>
            <w:tcW w:type="dxa" w:w="4320"/>
          </w:tcPr>
          <w:p>
            <w:r>
              <w:t>0 to 1</w:t>
            </w:r>
          </w:p>
        </w:tc>
        <w:tc>
          <w:tcPr>
            <w:tcW w:type="dxa" w:w="4320"/>
          </w:tcPr>
          <w:p>
            <w:r>
              <w:t>The problem and who has it</w:t>
            </w:r>
          </w:p>
        </w:tc>
      </w:tr>
      <w:tr>
        <w:tc>
          <w:tcPr>
            <w:tcW w:type="dxa" w:w="4320"/>
          </w:tcPr>
          <w:p>
            <w:r>
              <w:t>1 to 3</w:t>
            </w:r>
          </w:p>
        </w:tc>
        <w:tc>
          <w:tcPr>
            <w:tcW w:type="dxa" w:w="4320"/>
          </w:tcPr>
          <w:p>
            <w:r>
              <w:t>Live demo of the main flow</w:t>
            </w:r>
          </w:p>
        </w:tc>
      </w:tr>
      <w:tr>
        <w:tc>
          <w:tcPr>
            <w:tcW w:type="dxa" w:w="4320"/>
          </w:tcPr>
          <w:p>
            <w:r>
              <w:t>3 to 4</w:t>
            </w:r>
          </w:p>
        </w:tc>
        <w:tc>
          <w:tcPr>
            <w:tcW w:type="dxa" w:w="4320"/>
          </w:tcPr>
          <w:p>
            <w:r>
              <w:t>One hard technical decision</w:t>
            </w:r>
          </w:p>
        </w:tc>
      </w:tr>
      <w:tr>
        <w:tc>
          <w:tcPr>
            <w:tcW w:type="dxa" w:w="4320"/>
          </w:tcPr>
          <w:p>
            <w:r>
              <w:t>4 to 5</w:t>
            </w:r>
          </w:p>
        </w:tc>
        <w:tc>
          <w:tcPr>
            <w:tcW w:type="dxa" w:w="4320"/>
          </w:tcPr>
          <w:p>
            <w:r>
              <w:t>Results and what's next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