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[Product name]: one page product brief</w:t>
      </w:r>
    </w:p>
    <w:p>
      <w:r>
        <w:rPr>
          <w:i/>
        </w:rPr>
        <w:t>One page. Example in italics: ShopAlert, smart reorder alerts for small shops (fictional).</w:t>
      </w:r>
    </w:p>
    <w:p>
      <w:pPr>
        <w:pStyle w:val="Heading1"/>
      </w:pPr>
      <w:r>
        <w:t>The problem</w:t>
      </w:r>
    </w:p>
    <w:p>
      <w:pPr>
        <w:pStyle w:val="ListBullet"/>
      </w:pPr>
      <w:r>
        <w:t>[Who struggles with what, and how often]</w:t>
      </w:r>
    </w:p>
    <w:p>
      <w:pPr>
        <w:ind w:left="360"/>
      </w:pPr>
      <w:r>
        <w:rPr>
          <w:i/>
        </w:rPr>
        <w:t>Small shop owners run out of fast-selling items without noticing, and lose sales for days.</w:t>
      </w:r>
    </w:p>
    <w:p>
      <w:pPr>
        <w:pStyle w:val="Heading1"/>
      </w:pPr>
      <w:r>
        <w:t>Who it is for</w:t>
      </w:r>
    </w:p>
    <w:p>
      <w:pPr>
        <w:pStyle w:val="ListBullet"/>
      </w:pPr>
      <w:r>
        <w:t>[Primary user, and anyone else involved]</w:t>
      </w:r>
    </w:p>
    <w:p>
      <w:pPr>
        <w:ind w:left="360"/>
      </w:pPr>
      <w:r>
        <w:rPr>
          <w:i/>
        </w:rPr>
        <w:t>Owners of small provision shops and pharmacies in Lagos with one or two staff.</w:t>
      </w:r>
    </w:p>
    <w:p>
      <w:pPr>
        <w:pStyle w:val="Heading1"/>
      </w:pPr>
      <w:r>
        <w:t>Evidence so far</w:t>
      </w:r>
    </w:p>
    <w:p>
      <w:pPr>
        <w:pStyle w:val="ListBullet"/>
      </w:pPr>
      <w:r>
        <w:t>[What you have seen or heard that proves the problem is real]</w:t>
      </w:r>
    </w:p>
    <w:p>
      <w:pPr>
        <w:pStyle w:val="Heading1"/>
      </w:pPr>
      <w:r>
        <w:t>The goal</w:t>
      </w:r>
    </w:p>
    <w:p>
      <w:pPr>
        <w:pStyle w:val="ListBullet"/>
      </w:pPr>
      <w:r>
        <w:t>[What success looks like, with a number and a date]</w:t>
      </w:r>
    </w:p>
    <w:p>
      <w:pPr>
        <w:ind w:left="360"/>
      </w:pPr>
      <w:r>
        <w:rPr>
          <w:i/>
        </w:rPr>
        <w:t>100 shops using weekly alerts within three months of launch, with fewer stock-outs reported.</w:t>
      </w:r>
    </w:p>
    <w:p>
      <w:pPr>
        <w:pStyle w:val="Heading1"/>
      </w:pPr>
      <w:r>
        <w:t>Ideas for a solution</w:t>
      </w:r>
    </w:p>
    <w:p>
      <w:pPr>
        <w:pStyle w:val="ListBullet"/>
      </w:pPr>
      <w:r>
        <w:t>[One or two possible approaches; not a full spec yet]</w:t>
      </w:r>
    </w:p>
    <w:p>
      <w:pPr>
        <w:pStyle w:val="Heading1"/>
      </w:pPr>
      <w:r>
        <w:t>Where AI could help</w:t>
      </w:r>
    </w:p>
    <w:p>
      <w:pPr>
        <w:pStyle w:val="ListBullet"/>
      </w:pPr>
      <w:r>
        <w:t>[Only if it genuinely helps the user]</w:t>
      </w:r>
    </w:p>
    <w:p>
      <w:pPr>
        <w:pStyle w:val="Heading1"/>
      </w:pPr>
      <w:r>
        <w:t>Risks and unknowns</w:t>
      </w:r>
    </w:p>
    <w:p>
      <w:pPr>
        <w:pStyle w:val="ListBullet"/>
      </w:pPr>
      <w:r>
        <w:t>[What could make this fail; what you still need to learn]</w:t>
      </w:r>
    </w:p>
    <w:p>
      <w:pPr>
        <w:pStyle w:val="Heading1"/>
      </w:pPr>
      <w:r>
        <w:t>Not in scope</w:t>
      </w:r>
    </w:p>
    <w:p>
      <w:pPr>
        <w:pStyle w:val="ListBullet"/>
      </w:pPr>
      <w:r>
        <w:t>[What this product will not try to do]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