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User interview guide</w:t>
      </w:r>
    </w:p>
    <w:p>
      <w:r>
        <w:rPr>
          <w:i/>
        </w:rPr>
        <w:t>Ask about their past behaviour, not your idea. Listen far more than you talk.</w:t>
      </w:r>
    </w:p>
    <w:p>
      <w:pPr>
        <w:pStyle w:val="Heading1"/>
      </w:pPr>
      <w:r>
        <w:t>Before the interview</w:t>
      </w:r>
    </w:p>
    <w:p>
      <w:pPr>
        <w:pStyle w:val="ListBullet"/>
      </w:pPr>
      <w:r>
        <w:t>Ask permission to take notes or record</w:t>
      </w:r>
    </w:p>
    <w:p>
      <w:pPr>
        <w:pStyle w:val="ListBullet"/>
      </w:pPr>
      <w:r>
        <w:t>Explain it takes about 20 minutes and there are no wrong answers</w:t>
      </w:r>
    </w:p>
    <w:p>
      <w:pPr>
        <w:pStyle w:val="ListBullet"/>
      </w:pPr>
      <w:r>
        <w:t>Do not pitch your idea</w:t>
      </w:r>
    </w:p>
    <w:p>
      <w:pPr>
        <w:pStyle w:val="Heading1"/>
      </w:pPr>
      <w:r>
        <w:t>Warm up (2 minutes)</w:t>
      </w:r>
    </w:p>
    <w:p>
      <w:pPr>
        <w:pStyle w:val="ListBullet"/>
      </w:pPr>
      <w:r>
        <w:t>Tell me a little about your work and a typical day.</w:t>
      </w:r>
    </w:p>
    <w:p>
      <w:pPr>
        <w:pStyle w:val="Heading1"/>
      </w:pPr>
      <w:r>
        <w:t>The problem (10 minutes)</w:t>
      </w:r>
    </w:p>
    <w:p>
      <w:pPr>
        <w:pStyle w:val="ListBullet"/>
      </w:pPr>
      <w:r>
        <w:t>Tell me about the last time [problem] happened.</w:t>
      </w:r>
    </w:p>
    <w:p>
      <w:pPr>
        <w:pStyle w:val="ListBullet"/>
      </w:pPr>
      <w:r>
        <w:t>What did you do then?</w:t>
      </w:r>
    </w:p>
    <w:p>
      <w:pPr>
        <w:pStyle w:val="ListBullet"/>
      </w:pPr>
      <w:r>
        <w:t>How often does it happen?</w:t>
      </w:r>
    </w:p>
    <w:p>
      <w:pPr>
        <w:pStyle w:val="ListBullet"/>
      </w:pPr>
      <w:r>
        <w:t>What does it cost you, in time or money?</w:t>
      </w:r>
    </w:p>
    <w:p>
      <w:pPr>
        <w:pStyle w:val="ListBullet"/>
      </w:pPr>
      <w:r>
        <w:t>What have you tried to fix it? What happened?</w:t>
      </w:r>
    </w:p>
    <w:p>
      <w:pPr>
        <w:pStyle w:val="Heading1"/>
      </w:pPr>
      <w:r>
        <w:t>Current tools (5 minutes)</w:t>
      </w:r>
    </w:p>
    <w:p>
      <w:pPr>
        <w:pStyle w:val="ListBullet"/>
      </w:pPr>
      <w:r>
        <w:t>What do you use today for this? What do you like and dislike about it?</w:t>
      </w:r>
    </w:p>
    <w:p>
      <w:pPr>
        <w:pStyle w:val="ListBullet"/>
      </w:pPr>
      <w:r>
        <w:t>Would you pay to make this problem go away? What do you pay for today?</w:t>
      </w:r>
    </w:p>
    <w:p>
      <w:pPr>
        <w:pStyle w:val="Heading1"/>
      </w:pPr>
      <w:r>
        <w:t>Close (3 minutes)</w:t>
      </w:r>
    </w:p>
    <w:p>
      <w:pPr>
        <w:pStyle w:val="ListBullet"/>
      </w:pPr>
      <w:r>
        <w:t>Is there anything I should have asked?</w:t>
      </w:r>
    </w:p>
    <w:p>
      <w:pPr>
        <w:pStyle w:val="ListBullet"/>
      </w:pPr>
      <w:r>
        <w:t>Who else should I talk to?</w:t>
      </w:r>
    </w:p>
    <w:p>
      <w:pPr>
        <w:pStyle w:val="Heading1"/>
      </w:pPr>
      <w:r>
        <w:t>Avoid</w:t>
      </w:r>
    </w:p>
    <w:p>
      <w:pPr>
        <w:pStyle w:val="ListBullet"/>
      </w:pPr>
      <w:r>
        <w:t>"Would you use an app that...?" (people are polite and say yes)</w:t>
      </w:r>
    </w:p>
    <w:p>
      <w:pPr>
        <w:pStyle w:val="ListBullet"/>
      </w:pPr>
      <w:r>
        <w:t>Leading questions</w:t>
      </w:r>
    </w:p>
    <w:p>
      <w:pPr>
        <w:pStyle w:val="ListBullet"/>
      </w:pPr>
      <w:r>
        <w:t>Talking about your solution before the end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