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[Product]: a UX case study</w:t>
      </w:r>
    </w:p>
    <w:p>
      <w:r>
        <w:rPr>
          <w:i/>
        </w:rPr>
        <w:t>A case study shows how you think, not just what you made. Aim for something a hiring manager can skim in three minutes. Example notes in italics use MarketRun.</w:t>
      </w:r>
    </w:p>
    <w:p>
      <w:pPr>
        <w:pStyle w:val="Heading2"/>
      </w:pPr>
      <w:r>
        <w:t>The one line summary</w:t>
      </w:r>
    </w:p>
    <w:p>
      <w:pPr>
        <w:pStyle w:val="ListBullet"/>
      </w:pPr>
      <w:r>
        <w:t>[What you designed, for whom, and the result]</w:t>
      </w:r>
    </w:p>
    <w:p>
      <w:pPr>
        <w:ind w:left="360"/>
      </w:pPr>
      <w:r>
        <w:rPr>
          <w:i/>
        </w:rPr>
        <w:t>I designed MarketRun, a way for busy Lagos workers to order from their trusted market trader, and cut ordering time in testing from 6 minutes to 2.</w:t>
      </w:r>
    </w:p>
    <w:p>
      <w:pPr>
        <w:pStyle w:val="Heading2"/>
      </w:pPr>
      <w:r>
        <w:t>The problem</w:t>
      </w:r>
    </w:p>
    <w:p>
      <w:pPr>
        <w:pStyle w:val="ListBullet"/>
      </w:pPr>
      <w:r>
        <w:t>[Who struggled with what. Use a real quote.]</w:t>
      </w:r>
    </w:p>
    <w:p>
      <w:pPr>
        <w:pStyle w:val="Heading2"/>
      </w:pPr>
      <w:r>
        <w:t>My role and timeline</w:t>
      </w:r>
    </w:p>
    <w:p>
      <w:pPr>
        <w:pStyle w:val="ListBullet"/>
      </w:pPr>
      <w:r>
        <w:t>[Solo or team; tools; how many weeks]</w:t>
      </w:r>
    </w:p>
    <w:p>
      <w:pPr>
        <w:pStyle w:val="Heading2"/>
      </w:pPr>
      <w:r>
        <w:t>Research</w:t>
      </w:r>
    </w:p>
    <w:p>
      <w:pPr>
        <w:pStyle w:val="ListBullet"/>
      </w:pPr>
      <w:r>
        <w:t>[Methods, who you spoke to, three key insights with quotes]</w:t>
      </w:r>
    </w:p>
    <w:p>
      <w:pPr>
        <w:pStyle w:val="Heading2"/>
      </w:pPr>
      <w:r>
        <w:t>Who I designed for</w:t>
      </w:r>
    </w:p>
    <w:p>
      <w:pPr>
        <w:pStyle w:val="ListBullet"/>
      </w:pPr>
      <w:r>
        <w:t>[Persona summary and the key journey pain]</w:t>
      </w:r>
    </w:p>
    <w:p>
      <w:pPr>
        <w:pStyle w:val="Heading2"/>
      </w:pPr>
      <w:r>
        <w:t>Ideas and wireframes</w:t>
      </w:r>
    </w:p>
    <w:p>
      <w:pPr>
        <w:pStyle w:val="ListBullet"/>
      </w:pPr>
      <w:r>
        <w:t>[Sketches, options considered, why you chose one]</w:t>
      </w:r>
    </w:p>
    <w:p>
      <w:pPr>
        <w:pStyle w:val="Heading2"/>
      </w:pPr>
      <w:r>
        <w:t>Visual design and system</w:t>
      </w:r>
    </w:p>
    <w:p>
      <w:pPr>
        <w:pStyle w:val="ListBullet"/>
      </w:pPr>
      <w:r>
        <w:t>[Style guide and key components; one before and after]</w:t>
      </w:r>
    </w:p>
    <w:p>
      <w:pPr>
        <w:pStyle w:val="Heading2"/>
      </w:pPr>
      <w:r>
        <w:t>Testing and changes</w:t>
      </w:r>
    </w:p>
    <w:p>
      <w:pPr>
        <w:pStyle w:val="ListBullet"/>
      </w:pPr>
      <w:r>
        <w:t>[Tasks, five users, what failed, what you changed, results]</w:t>
      </w:r>
    </w:p>
    <w:p>
      <w:pPr>
        <w:pStyle w:val="Heading2"/>
      </w:pPr>
      <w:r>
        <w:t>Outcome and what I learned</w:t>
      </w:r>
    </w:p>
    <w:p>
      <w:pPr>
        <w:pStyle w:val="ListBullet"/>
      </w:pPr>
      <w:r>
        <w:t>[Numbers if you have them; what you would do next]</w:t>
      </w:r>
    </w:p>
    <w:p>
      <w:pPr>
        <w:pStyle w:val="Heading2"/>
      </w:pPr>
      <w:r>
        <w:t>Links</w:t>
      </w:r>
    </w:p>
    <w:p>
      <w:pPr>
        <w:pStyle w:val="ListBullet"/>
      </w:pPr>
      <w:r>
        <w:t>[Figma file, prototype link]</w:t>
      </w:r>
    </w:p>
    <w:p>
      <w:r>
        <w:rPr>
          <w:sz w:val="18"/>
        </w:rPr>
        <w:t>Tip: lead each section with an image and one bold sentence. Most readers skim.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