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UX research toolkit</w:t>
      </w:r>
    </w:p>
    <w:p>
      <w:r>
        <w:rPr>
          <w:i/>
        </w:rPr>
        <w:t>Templates for Weeks 1 to 3: app critique, interview guide, insight board, persona and journey map. Duplicate the tables as you need.</w:t>
      </w:r>
    </w:p>
    <w:p>
      <w:r>
        <w:br w:type="page"/>
      </w:r>
    </w:p>
    <w:p>
      <w:pPr>
        <w:pStyle w:val="Heading1"/>
      </w:pPr>
      <w:r>
        <w:t>Part 1: App critique (Week 1)</w:t>
      </w:r>
    </w:p>
    <w:p>
      <w:pPr>
        <w:pStyle w:val="Heading2"/>
      </w:pPr>
      <w:r>
        <w:t>Apps to critique</w:t>
      </w:r>
    </w:p>
    <w:p>
      <w:pPr>
        <w:pStyle w:val="ListBullet"/>
      </w:pPr>
      <w:r>
        <w:t>App 1: [name] · task tested: [for example, send money to a new contact]</w:t>
      </w:r>
    </w:p>
    <w:p>
      <w:pPr>
        <w:pStyle w:val="ListBullet"/>
      </w:pPr>
      <w:r>
        <w:t>App 2: [name] · task tested:</w:t>
      </w:r>
    </w:p>
    <w:p>
      <w:pPr>
        <w:pStyle w:val="ListBullet"/>
      </w:pPr>
      <w:r>
        <w:t>App 3: [name] · task tested:</w:t>
      </w:r>
    </w:p>
    <w:p>
      <w:pPr>
        <w:pStyle w:val="Heading2"/>
      </w:pPr>
      <w:r>
        <w:t>Ten usability heuristics (Jakob Nielsen)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#</w:t>
            </w:r>
          </w:p>
        </w:tc>
        <w:tc>
          <w:tcPr>
            <w:tcW w:type="dxa" w:w="1440"/>
          </w:tcPr>
          <w:p>
            <w:r>
              <w:rPr>
                <w:b/>
              </w:rPr>
              <w:t>Heuristic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What to look for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Problem found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Severity 1 to 4</w:t>
            </w:r>
          </w:p>
        </w:tc>
        <w:tc>
          <w:tcPr>
            <w:tcW w:type="dxa" w:w="1440"/>
          </w:tcPr>
          <w:p>
            <w:r>
              <w:rPr>
                <w:b/>
              </w:rPr>
              <w:t>Your fix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Visibility of system status</w:t>
            </w:r>
          </w:p>
        </w:tc>
        <w:tc>
          <w:tcPr>
            <w:tcW w:type="dxa" w:w="1440"/>
          </w:tcPr>
          <w:p>
            <w:r>
              <w:t>Does the app show what is happening?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Match with the real world</w:t>
            </w:r>
          </w:p>
        </w:tc>
        <w:tc>
          <w:tcPr>
            <w:tcW w:type="dxa" w:w="1440"/>
          </w:tcPr>
          <w:p>
            <w:r>
              <w:t>Familiar words, naira, local terms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User control and freedom</w:t>
            </w:r>
          </w:p>
        </w:tc>
        <w:tc>
          <w:tcPr>
            <w:tcW w:type="dxa" w:w="1440"/>
          </w:tcPr>
          <w:p>
            <w:r>
              <w:t>Easy undo, back, cancel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Consistency and standards</w:t>
            </w:r>
          </w:p>
        </w:tc>
        <w:tc>
          <w:tcPr>
            <w:tcW w:type="dxa" w:w="1440"/>
          </w:tcPr>
          <w:p>
            <w:r>
              <w:t>Same thing looks and works the same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Error prevention</w:t>
            </w:r>
          </w:p>
        </w:tc>
        <w:tc>
          <w:tcPr>
            <w:tcW w:type="dxa" w:w="1440"/>
          </w:tcPr>
          <w:p>
            <w:r>
              <w:t>Stops mistakes before they happen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Recognition rather than recall</w:t>
            </w:r>
          </w:p>
        </w:tc>
        <w:tc>
          <w:tcPr>
            <w:tcW w:type="dxa" w:w="1440"/>
          </w:tcPr>
          <w:p>
            <w:r>
              <w:t>Options visible, not memorised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Flexibility and efficiency</w:t>
            </w:r>
          </w:p>
        </w:tc>
        <w:tc>
          <w:tcPr>
            <w:tcW w:type="dxa" w:w="1440"/>
          </w:tcPr>
          <w:p>
            <w:r>
              <w:t>Shortcuts for regular users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Aesthetic and minimalist design</w:t>
            </w:r>
          </w:p>
        </w:tc>
        <w:tc>
          <w:tcPr>
            <w:tcW w:type="dxa" w:w="1440"/>
          </w:tcPr>
          <w:p>
            <w:r>
              <w:t>Only what is needed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Help users recover from errors</w:t>
            </w:r>
          </w:p>
        </w:tc>
        <w:tc>
          <w:tcPr>
            <w:tcW w:type="dxa" w:w="1440"/>
          </w:tcPr>
          <w:p>
            <w:r>
              <w:t>Clear error messages with a fix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Help and documentation</w:t>
            </w:r>
          </w:p>
        </w:tc>
        <w:tc>
          <w:tcPr>
            <w:tcW w:type="dxa" w:w="1440"/>
          </w:tcPr>
          <w:p>
            <w:r>
              <w:t>Help when needed, easy to find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>
      <w:pPr>
        <w:pStyle w:val="Heading2"/>
      </w:pPr>
      <w:r>
        <w:t>Severity scale</w:t>
      </w:r>
    </w:p>
    <w:p>
      <w:pPr>
        <w:pStyle w:val="ListBullet"/>
      </w:pPr>
      <w:r>
        <w:t>1 cosmetic · 2 minor · 3 major, fix soon · 4 serious, stops people completing the task</w:t>
      </w:r>
    </w:p>
    <w:p>
      <w:r>
        <w:br w:type="page"/>
      </w:r>
    </w:p>
    <w:p>
      <w:pPr>
        <w:pStyle w:val="Heading1"/>
      </w:pPr>
      <w:r>
        <w:t>Part 2: Interview guide (Week 2)</w:t>
      </w:r>
    </w:p>
    <w:p>
      <w:pPr>
        <w:pStyle w:val="Heading2"/>
      </w:pPr>
      <w:r>
        <w:t>Before</w:t>
      </w:r>
    </w:p>
    <w:p>
      <w:pPr>
        <w:pStyle w:val="ListBullet"/>
      </w:pPr>
      <w:r>
        <w:t>Ask permission to take notes</w:t>
      </w:r>
    </w:p>
    <w:p>
      <w:pPr>
        <w:pStyle w:val="ListBullet"/>
      </w:pPr>
      <w:r>
        <w:t>Explain there are no wrong answers and you are not selling anything</w:t>
      </w:r>
    </w:p>
    <w:p>
      <w:pPr>
        <w:pStyle w:val="ListBullet"/>
      </w:pPr>
      <w:r>
        <w:t>Aim for 20 to 30 minutes</w:t>
      </w:r>
    </w:p>
    <w:p>
      <w:pPr>
        <w:pStyle w:val="Heading2"/>
      </w:pPr>
      <w:r>
        <w:t>Questions that get honest answers</w:t>
      </w:r>
    </w:p>
    <w:p>
      <w:pPr>
        <w:pStyle w:val="ListBullet"/>
      </w:pPr>
      <w:r>
        <w:t>Tell me about the last time you [did the task].</w:t>
      </w:r>
    </w:p>
    <w:p>
      <w:pPr>
        <w:pStyle w:val="ListBullet"/>
      </w:pPr>
      <w:r>
        <w:t>Walk me through what happened, step by step.</w:t>
      </w:r>
    </w:p>
    <w:p>
      <w:pPr>
        <w:pStyle w:val="ListBullet"/>
      </w:pPr>
      <w:r>
        <w:t>What was the hardest part? Why?</w:t>
      </w:r>
    </w:p>
    <w:p>
      <w:pPr>
        <w:pStyle w:val="ListBullet"/>
      </w:pPr>
      <w:r>
        <w:t>What did you do to get around it?</w:t>
      </w:r>
    </w:p>
    <w:p>
      <w:pPr>
        <w:pStyle w:val="ListBullet"/>
      </w:pPr>
      <w:r>
        <w:t>What tools or apps do you use for this today?</w:t>
      </w:r>
    </w:p>
    <w:p>
      <w:pPr>
        <w:pStyle w:val="ListBullet"/>
      </w:pPr>
      <w:r>
        <w:t>If you could change one thing, what would it be?</w:t>
      </w:r>
    </w:p>
    <w:p>
      <w:pPr>
        <w:pStyle w:val="Heading2"/>
      </w:pPr>
      <w:r>
        <w:t>Avoid</w:t>
      </w:r>
    </w:p>
    <w:p>
      <w:pPr>
        <w:pStyle w:val="ListBullet"/>
      </w:pPr>
      <w:r>
        <w:t>"Would you use an app that...?"</w:t>
      </w:r>
    </w:p>
    <w:p>
      <w:pPr>
        <w:pStyle w:val="ListBullet"/>
      </w:pPr>
      <w:r>
        <w:t>Leading questions such as "Don't you hate...?"</w:t>
      </w:r>
    </w:p>
    <w:p>
      <w:pPr>
        <w:pStyle w:val="ListBullet"/>
      </w:pPr>
      <w:r>
        <w:t>Asking about the future instead of the past</w:t>
      </w:r>
    </w:p>
    <w:p>
      <w:pPr>
        <w:pStyle w:val="Heading2"/>
      </w:pPr>
      <w:r>
        <w:t>Insight 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Quote or observation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Who said it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Theme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Insight (need or pain)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Part 3: Persona and journey (Week 3)</w:t>
      </w:r>
    </w:p>
    <w:p>
      <w:pPr>
        <w:pStyle w:val="Heading2"/>
      </w:pPr>
      <w:r>
        <w:t>Persona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Your persona</w:t>
            </w:r>
          </w:p>
        </w:tc>
      </w:tr>
      <w:tr>
        <w:tc>
          <w:tcPr>
            <w:tcW w:type="dxa" w:w="4320"/>
          </w:tcPr>
          <w:p>
            <w:r>
              <w:t>Name, age, job, area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 quote in their words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Goals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Frustrations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Tech and habits (phone, data, apps)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success looks like for them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Journey map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Stage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Doing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Thinking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Feeling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Pain points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Opportunities</w:t>
            </w:r>
          </w:p>
        </w:tc>
      </w:tr>
      <w:tr>
        <w:tc>
          <w:tcPr>
            <w:tcW w:type="dxa" w:w="1440"/>
          </w:tcPr>
          <w:p>
            <w:r>
              <w:t>Aware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Decide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Order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Wait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Receive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>
      <w:pPr>
        <w:pStyle w:val="Heading2"/>
      </w:pPr>
      <w:r>
        <w:t>User flow checklist</w:t>
      </w:r>
    </w:p>
    <w:p>
      <w:pPr>
        <w:pStyle w:val="ListBullet"/>
      </w:pPr>
      <w:r>
        <w:t>One flow per key task, start to finish</w:t>
      </w:r>
    </w:p>
    <w:p>
      <w:pPr>
        <w:pStyle w:val="ListBullet"/>
      </w:pPr>
      <w:r>
        <w:t>Show decisions as diamonds and screens as boxes</w:t>
      </w:r>
    </w:p>
    <w:p>
      <w:pPr>
        <w:pStyle w:val="ListBullet"/>
      </w:pPr>
      <w:r>
        <w:t>Include the error paths: payment fails, item out of stock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